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8"/>
        </w:rPr>
        <w:t>SCOFIELD GROUP — MASTER ONBOARDING PACKET</w:t>
      </w:r>
    </w:p>
    <w:p>
      <w:pPr>
        <w:spacing w:after="80"/>
        <w:jc w:val="center"/>
      </w:pPr>
      <w:r>
        <w:rPr>
          <w:i/>
          <w:sz w:val="18"/>
        </w:rPr>
        <w:t>Independent Nevada Brokerage · v11 · September 2026</w:t>
      </w:r>
    </w:p>
    <w:p>
      <w:pPr>
        <w:spacing w:after="120"/>
      </w:pPr>
      <w:r>
        <w:rPr>
          <w:sz w:val="18"/>
        </w:rPr>
        <w:t>Agent Name: ______________________________     Start Date: ____________     License #: ____________</w:t>
      </w:r>
    </w:p>
    <w:p>
      <w:pPr>
        <w:spacing w:before="40" w:after="40"/>
      </w:pPr>
      <w:r>
        <w:rPr>
          <w:b/>
          <w:sz w:val="22"/>
        </w:rPr>
        <w:t>PLATFORM SETUP + COURSE CHECKOFF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1F3A52"/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1F3A5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8"/>
              </w:rPr>
              <w:t>AGENT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1F3A5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8"/>
              </w:rPr>
              <w:t>AARON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E8EEF3"/>
          </w:tcPr>
          <w:p>
            <w:pPr>
              <w:spacing w:after="0"/>
            </w:pPr>
            <w:r/>
            <w:r>
              <w:rPr>
                <w:b/>
                <w:sz w:val="18"/>
              </w:rPr>
              <w:t>PLATFORMS — All live, headshot loaded on every system below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E8EEF3"/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E8EEF3"/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Gmail — SG email working; signature published from SG Hub (Exclaimer import in FUB)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Zillow Pro — bio, headshot, license #, on SG team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Follow Up Boss — headshot, Smart Lists visible, signature working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Ylopo — verify branded search URL works; add 1 test client (company-set-up)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>SG Hub (sg-hub.com) — signed in with your @scofieldgroup.com Google account, app installed on your phone, Profile done (headshot, phone, license #); SG Hub course complete</w:t>
            </w:r>
            <w:r>
              <w:rPr>
                <w:sz w:val="18"/>
              </w:rPr>
            </w:r>
          </w:p>
          <w:p>
            <w:pPr>
              <w:spacing w:after="0"/>
            </w:pPr>
            <w:r>
              <w:t>Email signature — SG Hub → your photo → Email Signature → Save &amp; publish to Gmail. Gmail: Settings → See all settings → Signature → “On reply/forward use” = your signature → Save changes. Never edit it in Gmail.</w:t>
            </w:r>
            <w:r>
              <w:rPr>
                <w:sz w:val="18"/>
              </w:rPr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Zoodealio — headshot, login, integrations URL added, test buyer + test property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Zillow Showcase — headshot, Showcase access confirmed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Dotloop — Loop creation walked through, SG templates pulled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E8EEF3"/>
          </w:tcPr>
          <w:p>
            <w:pPr>
              <w:spacing w:after="0"/>
            </w:pPr>
            <w:r/>
            <w:r>
              <w:rPr>
                <w:b/>
                <w:sz w:val="18"/>
              </w:rPr>
              <w:t>TRAINING — All 5 Courses Complete (multiple-choice quizzes only)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E8EEF3"/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E8EEF3"/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Course 1 — Intro to SG LMS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Course 2 — ICA &amp; Brokerage Policy (Final Exam)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Course 3 — Required Disclosures &amp; Pre-Showing (Final Exam)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Course 4 — Phase 1: System Setup (Final Exam)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>Course 5 — Phase 2: Core Training &amp; Go Live · 5 sections · 20 lessons · 4 Finals</w:t>
            </w:r>
            <w:r>
              <w:rPr>
                <w:sz w:val="18"/>
              </w:rPr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 xml:space="preserve">    • Section A — Operational Foundations Final passed</w:t>
            </w:r>
            <w:r>
              <w:rPr>
                <w:sz w:val="18"/>
              </w:rPr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 xml:space="preserve">    • Section B — Buyer Contract Training Final passed (8 lessons; 33-question final)</w:t>
            </w:r>
            <w:r>
              <w:rPr>
                <w:sz w:val="18"/>
              </w:rPr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 xml:space="preserve">    • Section C — Listing Process Final passed (Listing + Showcase + Zoodealio)</w:t>
            </w:r>
            <w:r>
              <w:rPr>
                <w:sz w:val="18"/>
              </w:rPr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777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 xml:space="preserve">    • Section D — Marketing &amp; Platforms Final passed</w:t>
            </w:r>
            <w:r>
              <w:rPr>
                <w:sz w:val="18"/>
              </w:rPr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  <w:tc>
          <w:tcPr>
            <w:tcW w:type="dxa" w:w="79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  <w:jc w:val="center"/>
            </w:pPr>
            <w:r/>
            <w:r>
              <w:rPr>
                <w:sz w:val="18"/>
              </w:rPr>
              <w:t>[ ]</w:t>
            </w:r>
          </w:p>
        </w:tc>
      </w:tr>
    </w:tbl>
    <w:p>
      <w:pPr>
        <w:spacing w:before="80" w:after="0"/>
      </w:pPr>
      <w:r>
        <w:rPr>
          <w:sz w:val="18"/>
        </w:rPr>
        <w:br/>
        <w:t>Agent: __________________________   Date: __________     Aaron Lopez: __________________________   Date: __________</w:t>
      </w:r>
    </w:p>
    <w:p>
      <w:r>
        <w:br w:type="page"/>
      </w:r>
    </w:p>
    <w:p>
      <w:pPr>
        <w:spacing w:before="0" w:after="40"/>
      </w:pPr>
      <w:r>
        <w:rPr>
          <w:b/>
          <w:sz w:val="28"/>
        </w:rPr>
        <w:t>5-DAY COMMITMENT AGREEMENT</w:t>
      </w:r>
    </w:p>
    <w:p>
      <w:pPr>
        <w:spacing w:after="80"/>
      </w:pPr>
      <w:r>
        <w:rPr>
          <w:b w:val="0"/>
          <w:i/>
          <w:sz w:val="18"/>
        </w:rPr>
        <w:t>Sign before orientation. This is what you're agreeing to over your first week with Scofield Group. Aaron's signature on the End-of-Week sign-off — confirming proficiency — is what clears you to go LIVE on real client deals.</w:t>
      </w:r>
    </w:p>
    <w:p>
      <w:pPr>
        <w:spacing w:before="40" w:after="40"/>
      </w:pPr>
      <w:r>
        <w:rPr>
          <w:b/>
          <w:sz w:val="22"/>
        </w:rPr>
        <w:t>The Commitment</w:t>
      </w:r>
    </w:p>
    <w:p>
      <w:pPr>
        <w:spacing w:after="40"/>
        <w:ind w:left="216"/>
      </w:pPr>
      <w:r>
        <w:rPr>
          <w:b/>
          <w:sz w:val="18"/>
        </w:rPr>
        <w:t xml:space="preserve">1. </w:t>
      </w:r>
      <w:r>
        <w:rPr>
          <w:sz w:val="18"/>
        </w:rPr>
        <w:t>In-office or on phones 9 AM – 5 PM, Mon–Fri.</w:t>
      </w:r>
    </w:p>
    <w:p>
      <w:pPr>
        <w:spacing w:after="40"/>
        <w:ind w:left="216"/>
      </w:pPr>
      <w:r>
        <w:rPr>
          <w:b/>
          <w:sz w:val="18"/>
        </w:rPr>
        <w:t xml:space="preserve">2. </w:t>
      </w:r>
      <w:r>
        <w:rPr>
          <w:sz w:val="18"/>
        </w:rPr>
        <w:t>100 outbound dials/day for 5 days. Logged in FUB. Target: 500 total.</w:t>
      </w:r>
    </w:p>
    <w:p>
      <w:pPr>
        <w:spacing w:after="40"/>
        <w:ind w:left="216"/>
      </w:pPr>
      <w:r>
        <w:rPr>
          <w:b/>
          <w:sz w:val="18"/>
        </w:rPr>
        <w:t xml:space="preserve">3. </w:t>
      </w:r>
      <w:r>
        <w:rPr>
          <w:sz w:val="18"/>
        </w:rPr>
        <w:t>Work FUB Smart Lists in order daily. Inbox at zero EOD. Tasks current.</w:t>
      </w:r>
    </w:p>
    <w:p>
      <w:pPr>
        <w:spacing w:after="40"/>
        <w:ind w:left="216"/>
      </w:pPr>
      <w:r>
        <w:rPr>
          <w:b/>
          <w:sz w:val="18"/>
        </w:rPr>
        <w:t xml:space="preserve">4. </w:t>
      </w:r>
      <w:r>
        <w:rPr>
          <w:sz w:val="18"/>
        </w:rPr>
        <w:t>5 contracts written live with Aaron across the 5 days — 1/day, page-by-page.</w:t>
      </w:r>
    </w:p>
    <w:p>
      <w:pPr>
        <w:spacing w:after="40"/>
        <w:ind w:left="216"/>
      </w:pPr>
      <w:r>
        <w:rPr>
          <w:b/>
          <w:sz w:val="18"/>
        </w:rPr>
        <w:t xml:space="preserve">5. </w:t>
      </w:r>
      <w:r>
        <w:rPr>
          <w:sz w:val="18"/>
        </w:rPr>
        <w:t>CMA / comp reps with Aaron in office during the 5 days.</w:t>
      </w:r>
    </w:p>
    <w:p>
      <w:pPr>
        <w:spacing w:after="40"/>
        <w:ind w:left="216"/>
      </w:pPr>
      <w:r>
        <w:rPr>
          <w:b/>
          <w:sz w:val="18"/>
        </w:rPr>
        <w:t xml:space="preserve">6. </w:t>
      </w:r>
      <w:r>
        <w:rPr>
          <w:sz w:val="18"/>
        </w:rPr>
        <w:t>Email brokers@ (with PDF) on every contract BEFORE client signatures + on any deal-specific broker issue.</w:t>
      </w:r>
    </w:p>
    <w:p>
      <w:pPr>
        <w:spacing w:after="40"/>
        <w:ind w:left="216"/>
      </w:pPr>
      <w:r>
        <w:rPr>
          <w:b/>
          <w:sz w:val="18"/>
        </w:rPr>
        <w:t xml:space="preserve">7. </w:t>
      </w:r>
      <w:r>
        <w:rPr>
          <w:sz w:val="18"/>
        </w:rPr>
        <w:t>Training questions: ask in office, Mon–Fri 9–5 — not by text or through your ambassador.</w:t>
      </w:r>
    </w:p>
    <w:p>
      <w:pPr>
        <w:spacing w:after="40"/>
        <w:ind w:left="216"/>
      </w:pPr>
      <w:r>
        <w:rPr>
          <w:b/>
          <w:sz w:val="18"/>
        </w:rPr>
        <w:t xml:space="preserve">8. </w:t>
      </w:r>
      <w:r>
        <w:rPr>
          <w:sz w:val="18"/>
        </w:rPr>
        <w:t>Treat database as a live pipeline — work Zillow Pro signals + FUB Smart Lists daily.</w:t>
      </w:r>
    </w:p>
    <w:p>
      <w:pPr>
        <w:spacing w:after="40"/>
        <w:ind w:left="216"/>
      </w:pPr>
      <w:r>
        <w:rPr>
          <w:b/>
          <w:sz w:val="18"/>
        </w:rPr>
        <w:t xml:space="preserve">9. </w:t>
      </w:r>
      <w:r>
        <w:rPr>
          <w:sz w:val="18"/>
        </w:rPr>
        <w:t>Run A.L.M. on every connection call — Appointment (lock), Location (identify), Motivation (uncover).</w:t>
      </w:r>
    </w:p>
    <w:p>
      <w:pPr>
        <w:spacing w:after="40"/>
        <w:ind w:left="216"/>
      </w:pPr>
      <w:r>
        <w:rPr>
          <w:b/>
          <w:sz w:val="18"/>
        </w:rPr>
        <w:t xml:space="preserve">10. </w:t>
      </w:r>
      <w:r>
        <w:rPr>
          <w:sz w:val="18"/>
        </w:rPr>
        <w:t>Submit 5 properties/week into Zoodealio. Every closed client + listing lead goes into Ylopo Seller Alerts + Zoodealio.</w:t>
      </w:r>
    </w:p>
    <w:p>
      <w:pPr>
        <w:spacing w:after="40"/>
        <w:ind w:left="216"/>
      </w:pPr>
      <w:r>
        <w:rPr>
          <w:b/>
          <w:sz w:val="18"/>
        </w:rPr>
        <w:t xml:space="preserve">11. </w:t>
      </w:r>
      <w:r>
        <w:rPr>
          <w:sz w:val="18"/>
        </w:rPr>
        <w:t>On listings: pitch the full iBuyer menu — Zoodealio (direct), Opendoor, Offerpad — plus traditional listing strategy.</w:t>
      </w:r>
    </w:p>
    <w:p>
      <w:pPr>
        <w:spacing w:after="40"/>
        <w:ind w:left="216"/>
      </w:pPr>
      <w:r>
        <w:rPr>
          <w:b/>
          <w:sz w:val="18"/>
        </w:rPr>
        <w:t xml:space="preserve">12. </w:t>
      </w:r>
      <w:r>
        <w:rPr>
          <w:sz w:val="18"/>
        </w:rPr>
        <w:t>Introduce Zillow Showcase BEFORE the listing appointment by email AND in-person at the appointment.</w:t>
      </w:r>
    </w:p>
    <w:p>
      <w:pPr>
        <w:spacing w:after="40"/>
        <w:ind w:left="216"/>
      </w:pPr>
      <w:r>
        <w:rPr>
          <w:b/>
          <w:sz w:val="18"/>
        </w:rPr>
        <w:t xml:space="preserve">13. </w:t>
      </w:r>
      <w:r>
        <w:rPr>
          <w:sz w:val="18"/>
        </w:rPr>
        <w:t>Check Project Tracker / Daily Handoff at start + update at end of day.</w:t>
      </w:r>
    </w:p>
    <w:p>
      <w:pPr>
        <w:spacing w:after="40"/>
        <w:ind w:left="216"/>
      </w:pPr>
      <w:r>
        <w:rPr>
          <w:b/>
          <w:sz w:val="18"/>
        </w:rPr>
        <w:t xml:space="preserve">14. </w:t>
      </w:r>
      <w:r>
        <w:rPr>
          <w:sz w:val="18"/>
        </w:rPr>
        <w:t>No real-deal contract goes out without Aaron / brokers@ review first — no exceptions.</w:t>
      </w:r>
    </w:p>
    <w:p>
      <w:pPr>
        <w:spacing w:before="120" w:after="40"/>
      </w:pPr>
      <w:r>
        <w:rPr>
          <w:b/>
          <w:sz w:val="22"/>
        </w:rPr>
        <w:t>Sign-Off</w:t>
      </w:r>
    </w:p>
    <w:p>
      <w:pPr>
        <w:spacing w:after="120"/>
      </w:pPr>
      <w:r>
        <w:rPr>
          <w:b w:val="0"/>
          <w:i/>
          <w:sz w:val="18"/>
        </w:rPr>
        <w:t>By signing below, I commit to the above for the full 5 days. Aaron's signature on the End-of-Week sign-off confirms proficiency and is the trigger to go LIVE on real client deals.</w:t>
      </w:r>
    </w:p>
    <w:p>
      <w:pPr>
        <w:spacing w:after="120"/>
      </w:pPr>
      <w:r>
        <w:rPr>
          <w:sz w:val="18"/>
        </w:rPr>
        <w:t>Agent: ______________________________     Date: ____________</w:t>
      </w:r>
    </w:p>
    <w:p>
      <w:pPr>
        <w:spacing w:after="120"/>
      </w:pPr>
      <w:r>
        <w:rPr>
          <w:sz w:val="18"/>
        </w:rPr>
        <w:t>Aaron Lopez, Managing Broker: ______________________________     Date: ____________</w:t>
      </w:r>
    </w:p>
    <w:p>
      <w:pPr>
        <w:spacing w:after="120"/>
      </w:pPr>
      <w:r>
        <w:rPr>
          <w:sz w:val="18"/>
        </w:rPr>
        <w:t>Kirby Scofield, Broker &amp; Owner: ______________________________     Date: ____________</w:t>
      </w:r>
    </w:p>
    <w:p>
      <w:r>
        <w:br w:type="page"/>
      </w:r>
    </w:p>
    <w:p>
      <w:pPr>
        <w:spacing w:before="0" w:after="40"/>
      </w:pPr>
      <w:r>
        <w:rPr>
          <w:b/>
          <w:sz w:val="28"/>
        </w:rPr>
        <w:t>DAY 1 — TRACKING SHEET</w:t>
      </w:r>
    </w:p>
    <w:p>
      <w:pPr>
        <w:spacing w:after="80"/>
      </w:pPr>
      <w:r>
        <w:rPr>
          <w:sz w:val="18"/>
        </w:rPr>
        <w:t>Date: ______________     Agent: __________________________________</w:t>
      </w:r>
    </w:p>
    <w:p>
      <w:pPr>
        <w:spacing w:before="40" w:after="40"/>
      </w:pPr>
      <w:r>
        <w:rPr>
          <w:b/>
          <w:sz w:val="22"/>
        </w:rPr>
        <w:t>100 Outbound Dials</w:t>
      </w:r>
    </w:p>
    <w:p>
      <w:pPr>
        <w:spacing w:after="40"/>
      </w:pPr>
      <w:r>
        <w:rPr>
          <w:b w:val="0"/>
          <w:i/>
          <w:sz w:val="16"/>
        </w:rPr>
        <w:t>Check a box for each dial. Hit all 100 by EOD. Log every dial in FUB.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100</w:t>
            </w:r>
          </w:p>
        </w:tc>
      </w:tr>
    </w:tbl>
    <w:p>
      <w:pPr>
        <w:spacing w:before="120" w:after="40"/>
      </w:pPr>
      <w:r>
        <w:rPr>
          <w:b/>
          <w:sz w:val="22"/>
        </w:rPr>
        <w:t>Contract Rep with Aaron</w:t>
      </w:r>
    </w:p>
    <w:p>
      <w:pPr>
        <w:spacing w:after="40"/>
      </w:pPr>
      <w:r>
        <w:rPr>
          <w:b w:val="0"/>
          <w:i/>
          <w:sz w:val="16"/>
        </w:rPr>
        <w:t>Aaron walks through one contract today. Fill in each field together, page-by-page.</w:t>
      </w:r>
    </w:p>
    <w:p>
      <w:pPr>
        <w:spacing w:after="40"/>
      </w:pPr>
      <w:r>
        <w:rPr>
          <w:sz w:val="18"/>
        </w:rPr>
        <w:t>Property Address: ____________________________________________________________________</w:t>
      </w:r>
    </w:p>
    <w:p>
      <w:pPr>
        <w:spacing w:after="40"/>
      </w:pPr>
      <w:r>
        <w:rPr>
          <w:sz w:val="18"/>
        </w:rPr>
        <w:t>Purchase Price: $ ____________________     EMD: $ ____________________</w:t>
      </w:r>
    </w:p>
    <w:p>
      <w:pPr>
        <w:spacing w:after="40"/>
      </w:pPr>
      <w:r>
        <w:rPr>
          <w:sz w:val="18"/>
        </w:rPr>
        <w:t>Financing Type:  [ ] Conventional   [ ] VA   [ ] Cash   [ ] Other: ___________________</w:t>
      </w:r>
    </w:p>
    <w:p>
      <w:pPr>
        <w:spacing w:after="40"/>
      </w:pPr>
      <w:r>
        <w:rPr>
          <w:sz w:val="18"/>
        </w:rPr>
        <w:t>Down Payment: ___________________     Loan Amount: $ ____________________</w:t>
      </w:r>
    </w:p>
    <w:p>
      <w:pPr>
        <w:spacing w:after="40"/>
      </w:pPr>
      <w:r>
        <w:rPr>
          <w:sz w:val="18"/>
        </w:rPr>
        <w:t>Closing Cost Concessions: $ ____________________     (Seller-paid:  [ ] Yes   [ ] No)</w:t>
      </w:r>
    </w:p>
    <w:p>
      <w:pPr>
        <w:spacing w:after="40"/>
      </w:pPr>
      <w:r>
        <w:rPr>
          <w:sz w:val="18"/>
        </w:rPr>
        <w:t>Close of Escrow / COE Date: ____________________     Inspection Period: _____ days</w:t>
      </w:r>
    </w:p>
    <w:p>
      <w:pPr>
        <w:spacing w:after="40"/>
      </w:pPr>
      <w:r>
        <w:rPr>
          <w:sz w:val="18"/>
        </w:rPr>
        <w:t>Contingencies (Loan, Appraisal, Sale of Other Property, etc.):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Special Terms / Addenda Used: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Aaron's Notes / Coaching Points: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before="80" w:after="40"/>
      </w:pPr>
      <w:r>
        <w:rPr>
          <w:b/>
          <w:sz w:val="22"/>
        </w:rPr>
        <w:t>Day 1 Sign-Off</w:t>
      </w:r>
    </w:p>
    <w:p>
      <w:pPr>
        <w:spacing w:after="40"/>
      </w:pPr>
      <w:r>
        <w:rPr>
          <w:sz w:val="18"/>
        </w:rPr>
        <w:t>Agent: __________________________________________     Date: ______________</w:t>
      </w:r>
    </w:p>
    <w:p>
      <w:pPr>
        <w:spacing w:after="40"/>
      </w:pPr>
      <w:r>
        <w:rPr>
          <w:sz w:val="18"/>
        </w:rPr>
        <w:t>Aaron: __________________________________________     Date: ______________</w:t>
      </w:r>
    </w:p>
    <w:p>
      <w:r>
        <w:br w:type="page"/>
      </w:r>
    </w:p>
    <w:p>
      <w:pPr>
        <w:spacing w:before="0" w:after="40"/>
      </w:pPr>
      <w:r>
        <w:rPr>
          <w:b/>
          <w:sz w:val="28"/>
        </w:rPr>
        <w:t>DAY 2 — TRACKING SHEET</w:t>
      </w:r>
    </w:p>
    <w:p>
      <w:pPr>
        <w:spacing w:after="80"/>
      </w:pPr>
      <w:r>
        <w:rPr>
          <w:sz w:val="18"/>
        </w:rPr>
        <w:t>Date: ______________     Agent: __________________________________</w:t>
      </w:r>
    </w:p>
    <w:p>
      <w:pPr>
        <w:spacing w:before="40" w:after="40"/>
      </w:pPr>
      <w:r>
        <w:rPr>
          <w:b/>
          <w:sz w:val="22"/>
        </w:rPr>
        <w:t>100 Outbound Dials</w:t>
      </w:r>
    </w:p>
    <w:p>
      <w:pPr>
        <w:spacing w:after="40"/>
      </w:pPr>
      <w:r>
        <w:rPr>
          <w:b w:val="0"/>
          <w:i/>
          <w:sz w:val="16"/>
        </w:rPr>
        <w:t>Check a box for each dial. Hit all 100 by EOD. Log every dial in FUB.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100</w:t>
            </w:r>
          </w:p>
        </w:tc>
      </w:tr>
    </w:tbl>
    <w:p>
      <w:pPr>
        <w:spacing w:before="120" w:after="40"/>
      </w:pPr>
      <w:r>
        <w:rPr>
          <w:b/>
          <w:sz w:val="22"/>
        </w:rPr>
        <w:t>Contract Rep with Aaron</w:t>
      </w:r>
    </w:p>
    <w:p>
      <w:pPr>
        <w:spacing w:after="40"/>
      </w:pPr>
      <w:r>
        <w:rPr>
          <w:b w:val="0"/>
          <w:i/>
          <w:sz w:val="16"/>
        </w:rPr>
        <w:t>Aaron walks through one contract today. Fill in each field together, page-by-page.</w:t>
      </w:r>
    </w:p>
    <w:p>
      <w:pPr>
        <w:spacing w:after="40"/>
      </w:pPr>
      <w:r>
        <w:rPr>
          <w:sz w:val="18"/>
        </w:rPr>
        <w:t>Property Address: ____________________________________________________________________</w:t>
      </w:r>
    </w:p>
    <w:p>
      <w:pPr>
        <w:spacing w:after="40"/>
      </w:pPr>
      <w:r>
        <w:rPr>
          <w:sz w:val="18"/>
        </w:rPr>
        <w:t>Purchase Price: $ ____________________     EMD: $ ____________________</w:t>
      </w:r>
    </w:p>
    <w:p>
      <w:pPr>
        <w:spacing w:after="40"/>
      </w:pPr>
      <w:r>
        <w:rPr>
          <w:sz w:val="18"/>
        </w:rPr>
        <w:t>Financing Type:  [ ] Conventional   [ ] VA   [ ] Cash   [ ] Other: ___________________</w:t>
      </w:r>
    </w:p>
    <w:p>
      <w:pPr>
        <w:spacing w:after="40"/>
      </w:pPr>
      <w:r>
        <w:rPr>
          <w:sz w:val="18"/>
        </w:rPr>
        <w:t>Down Payment: ___________________     Loan Amount: $ ____________________</w:t>
      </w:r>
    </w:p>
    <w:p>
      <w:pPr>
        <w:spacing w:after="40"/>
      </w:pPr>
      <w:r>
        <w:rPr>
          <w:sz w:val="18"/>
        </w:rPr>
        <w:t>Closing Cost Concessions: $ ____________________     (Seller-paid:  [ ] Yes   [ ] No)</w:t>
      </w:r>
    </w:p>
    <w:p>
      <w:pPr>
        <w:spacing w:after="40"/>
      </w:pPr>
      <w:r>
        <w:rPr>
          <w:sz w:val="18"/>
        </w:rPr>
        <w:t>Close of Escrow / COE Date: ____________________     Inspection Period: _____ days</w:t>
      </w:r>
    </w:p>
    <w:p>
      <w:pPr>
        <w:spacing w:after="40"/>
      </w:pPr>
      <w:r>
        <w:rPr>
          <w:sz w:val="18"/>
        </w:rPr>
        <w:t>Contingencies (Loan, Appraisal, Sale of Other Property, etc.):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Special Terms / Addenda Used: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Aaron's Notes / Coaching Points: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before="80" w:after="40"/>
      </w:pPr>
      <w:r>
        <w:rPr>
          <w:b/>
          <w:sz w:val="22"/>
        </w:rPr>
        <w:t>Day 2 Sign-Off</w:t>
      </w:r>
    </w:p>
    <w:p>
      <w:pPr>
        <w:spacing w:after="40"/>
      </w:pPr>
      <w:r>
        <w:rPr>
          <w:sz w:val="18"/>
        </w:rPr>
        <w:t>Agent: __________________________________________     Date: ______________</w:t>
      </w:r>
    </w:p>
    <w:p>
      <w:pPr>
        <w:spacing w:after="40"/>
      </w:pPr>
      <w:r>
        <w:rPr>
          <w:sz w:val="18"/>
        </w:rPr>
        <w:t>Aaron: __________________________________________     Date: ______________</w:t>
      </w:r>
    </w:p>
    <w:p>
      <w:r>
        <w:br w:type="page"/>
      </w:r>
    </w:p>
    <w:p>
      <w:pPr>
        <w:spacing w:before="0" w:after="40"/>
      </w:pPr>
      <w:r>
        <w:rPr>
          <w:b/>
          <w:sz w:val="28"/>
        </w:rPr>
        <w:t>DAY 3 — TRACKING SHEET</w:t>
      </w:r>
    </w:p>
    <w:p>
      <w:pPr>
        <w:spacing w:after="80"/>
      </w:pPr>
      <w:r>
        <w:rPr>
          <w:sz w:val="18"/>
        </w:rPr>
        <w:t>Date: ______________     Agent: __________________________________</w:t>
      </w:r>
    </w:p>
    <w:p>
      <w:pPr>
        <w:spacing w:before="40" w:after="40"/>
      </w:pPr>
      <w:r>
        <w:rPr>
          <w:b/>
          <w:sz w:val="22"/>
        </w:rPr>
        <w:t>100 Outbound Dials</w:t>
      </w:r>
    </w:p>
    <w:p>
      <w:pPr>
        <w:spacing w:after="40"/>
      </w:pPr>
      <w:r>
        <w:rPr>
          <w:b w:val="0"/>
          <w:i/>
          <w:sz w:val="16"/>
        </w:rPr>
        <w:t>Check a box for each dial. Hit all 100 by EOD. Log every dial in FUB.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100</w:t>
            </w:r>
          </w:p>
        </w:tc>
      </w:tr>
    </w:tbl>
    <w:p>
      <w:pPr>
        <w:spacing w:before="120" w:after="40"/>
      </w:pPr>
      <w:r>
        <w:rPr>
          <w:b/>
          <w:sz w:val="22"/>
        </w:rPr>
        <w:t>Contract Rep with Aaron</w:t>
      </w:r>
    </w:p>
    <w:p>
      <w:pPr>
        <w:spacing w:after="40"/>
      </w:pPr>
      <w:r>
        <w:rPr>
          <w:b w:val="0"/>
          <w:i/>
          <w:sz w:val="16"/>
        </w:rPr>
        <w:t>Aaron walks through one contract today. Fill in each field together, page-by-page.</w:t>
      </w:r>
    </w:p>
    <w:p>
      <w:pPr>
        <w:spacing w:after="40"/>
      </w:pPr>
      <w:r>
        <w:rPr>
          <w:sz w:val="18"/>
        </w:rPr>
        <w:t>Property Address: ____________________________________________________________________</w:t>
      </w:r>
    </w:p>
    <w:p>
      <w:pPr>
        <w:spacing w:after="40"/>
      </w:pPr>
      <w:r>
        <w:rPr>
          <w:sz w:val="18"/>
        </w:rPr>
        <w:t>Purchase Price: $ ____________________     EMD: $ ____________________</w:t>
      </w:r>
    </w:p>
    <w:p>
      <w:pPr>
        <w:spacing w:after="40"/>
      </w:pPr>
      <w:r>
        <w:rPr>
          <w:sz w:val="18"/>
        </w:rPr>
        <w:t>Financing Type:  [ ] Conventional   [ ] VA   [ ] Cash   [ ] Other: ___________________</w:t>
      </w:r>
    </w:p>
    <w:p>
      <w:pPr>
        <w:spacing w:after="40"/>
      </w:pPr>
      <w:r>
        <w:rPr>
          <w:sz w:val="18"/>
        </w:rPr>
        <w:t>Down Payment: ___________________     Loan Amount: $ ____________________</w:t>
      </w:r>
    </w:p>
    <w:p>
      <w:pPr>
        <w:spacing w:after="40"/>
      </w:pPr>
      <w:r>
        <w:rPr>
          <w:sz w:val="18"/>
        </w:rPr>
        <w:t>Closing Cost Concessions: $ ____________________     (Seller-paid:  [ ] Yes   [ ] No)</w:t>
      </w:r>
    </w:p>
    <w:p>
      <w:pPr>
        <w:spacing w:after="40"/>
      </w:pPr>
      <w:r>
        <w:rPr>
          <w:sz w:val="18"/>
        </w:rPr>
        <w:t>Close of Escrow / COE Date: ____________________     Inspection Period: _____ days</w:t>
      </w:r>
    </w:p>
    <w:p>
      <w:pPr>
        <w:spacing w:after="40"/>
      </w:pPr>
      <w:r>
        <w:rPr>
          <w:sz w:val="18"/>
        </w:rPr>
        <w:t>Contingencies (Loan, Appraisal, Sale of Other Property, etc.):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Special Terms / Addenda Used: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Aaron's Notes / Coaching Points: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before="80" w:after="40"/>
      </w:pPr>
      <w:r>
        <w:rPr>
          <w:b/>
          <w:sz w:val="22"/>
        </w:rPr>
        <w:t>Day 3 Sign-Off</w:t>
      </w:r>
    </w:p>
    <w:p>
      <w:pPr>
        <w:spacing w:after="40"/>
      </w:pPr>
      <w:r>
        <w:rPr>
          <w:sz w:val="18"/>
        </w:rPr>
        <w:t>Agent: __________________________________________     Date: ______________</w:t>
      </w:r>
    </w:p>
    <w:p>
      <w:pPr>
        <w:spacing w:after="40"/>
      </w:pPr>
      <w:r>
        <w:rPr>
          <w:sz w:val="18"/>
        </w:rPr>
        <w:t>Aaron: __________________________________________     Date: ______________</w:t>
      </w:r>
    </w:p>
    <w:p>
      <w:r>
        <w:br w:type="page"/>
      </w:r>
    </w:p>
    <w:p>
      <w:pPr>
        <w:spacing w:before="0" w:after="40"/>
      </w:pPr>
      <w:r>
        <w:rPr>
          <w:b/>
          <w:sz w:val="28"/>
        </w:rPr>
        <w:t>DAY 4 — TRACKING SHEET</w:t>
      </w:r>
    </w:p>
    <w:p>
      <w:pPr>
        <w:spacing w:after="80"/>
      </w:pPr>
      <w:r>
        <w:rPr>
          <w:sz w:val="18"/>
        </w:rPr>
        <w:t>Date: ______________     Agent: __________________________________</w:t>
      </w:r>
    </w:p>
    <w:p>
      <w:pPr>
        <w:spacing w:before="40" w:after="40"/>
      </w:pPr>
      <w:r>
        <w:rPr>
          <w:b/>
          <w:sz w:val="22"/>
        </w:rPr>
        <w:t>100 Outbound Dials</w:t>
      </w:r>
    </w:p>
    <w:p>
      <w:pPr>
        <w:spacing w:after="40"/>
      </w:pPr>
      <w:r>
        <w:rPr>
          <w:b w:val="0"/>
          <w:i/>
          <w:sz w:val="16"/>
        </w:rPr>
        <w:t>Check a box for each dial. Hit all 100 by EOD. Log every dial in FUB.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100</w:t>
            </w:r>
          </w:p>
        </w:tc>
      </w:tr>
    </w:tbl>
    <w:p>
      <w:pPr>
        <w:spacing w:before="120" w:after="40"/>
      </w:pPr>
      <w:r>
        <w:rPr>
          <w:b/>
          <w:sz w:val="22"/>
        </w:rPr>
        <w:t>Contract Rep with Aaron</w:t>
      </w:r>
    </w:p>
    <w:p>
      <w:pPr>
        <w:spacing w:after="40"/>
      </w:pPr>
      <w:r>
        <w:rPr>
          <w:b w:val="0"/>
          <w:i/>
          <w:sz w:val="16"/>
        </w:rPr>
        <w:t>Aaron walks through one contract today. Fill in each field together, page-by-page.</w:t>
      </w:r>
    </w:p>
    <w:p>
      <w:pPr>
        <w:spacing w:after="40"/>
      </w:pPr>
      <w:r>
        <w:rPr>
          <w:sz w:val="18"/>
        </w:rPr>
        <w:t>Property Address: ____________________________________________________________________</w:t>
      </w:r>
    </w:p>
    <w:p>
      <w:pPr>
        <w:spacing w:after="40"/>
      </w:pPr>
      <w:r>
        <w:rPr>
          <w:sz w:val="18"/>
        </w:rPr>
        <w:t>Purchase Price: $ ____________________     EMD: $ ____________________</w:t>
      </w:r>
    </w:p>
    <w:p>
      <w:pPr>
        <w:spacing w:after="40"/>
      </w:pPr>
      <w:r>
        <w:rPr>
          <w:sz w:val="18"/>
        </w:rPr>
        <w:t>Financing Type:  [ ] Conventional   [ ] VA   [ ] Cash   [ ] Other: ___________________</w:t>
      </w:r>
    </w:p>
    <w:p>
      <w:pPr>
        <w:spacing w:after="40"/>
      </w:pPr>
      <w:r>
        <w:rPr>
          <w:sz w:val="18"/>
        </w:rPr>
        <w:t>Down Payment: ___________________     Loan Amount: $ ____________________</w:t>
      </w:r>
    </w:p>
    <w:p>
      <w:pPr>
        <w:spacing w:after="40"/>
      </w:pPr>
      <w:r>
        <w:rPr>
          <w:sz w:val="18"/>
        </w:rPr>
        <w:t>Closing Cost Concessions: $ ____________________     (Seller-paid:  [ ] Yes   [ ] No)</w:t>
      </w:r>
    </w:p>
    <w:p>
      <w:pPr>
        <w:spacing w:after="40"/>
      </w:pPr>
      <w:r>
        <w:rPr>
          <w:sz w:val="18"/>
        </w:rPr>
        <w:t>Close of Escrow / COE Date: ____________________     Inspection Period: _____ days</w:t>
      </w:r>
    </w:p>
    <w:p>
      <w:pPr>
        <w:spacing w:after="40"/>
      </w:pPr>
      <w:r>
        <w:rPr>
          <w:sz w:val="18"/>
        </w:rPr>
        <w:t>Contingencies (Loan, Appraisal, Sale of Other Property, etc.):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Special Terms / Addenda Used: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Aaron's Notes / Coaching Points: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before="80" w:after="40"/>
      </w:pPr>
      <w:r>
        <w:rPr>
          <w:b/>
          <w:sz w:val="22"/>
        </w:rPr>
        <w:t>Day 4 Sign-Off</w:t>
      </w:r>
    </w:p>
    <w:p>
      <w:pPr>
        <w:spacing w:after="40"/>
      </w:pPr>
      <w:r>
        <w:rPr>
          <w:sz w:val="18"/>
        </w:rPr>
        <w:t>Agent: __________________________________________     Date: ______________</w:t>
      </w:r>
    </w:p>
    <w:p>
      <w:pPr>
        <w:spacing w:after="40"/>
      </w:pPr>
      <w:r>
        <w:rPr>
          <w:sz w:val="18"/>
        </w:rPr>
        <w:t>Aaron: __________________________________________     Date: ______________</w:t>
      </w:r>
    </w:p>
    <w:p>
      <w:r>
        <w:br w:type="page"/>
      </w:r>
    </w:p>
    <w:p>
      <w:pPr>
        <w:spacing w:before="0" w:after="40"/>
      </w:pPr>
      <w:r>
        <w:rPr>
          <w:b/>
          <w:sz w:val="28"/>
        </w:rPr>
        <w:t>DAY 5 — TRACKING SHEET</w:t>
      </w:r>
    </w:p>
    <w:p>
      <w:pPr>
        <w:spacing w:after="80"/>
      </w:pPr>
      <w:r>
        <w:rPr>
          <w:sz w:val="18"/>
        </w:rPr>
        <w:t>Date: ______________     Agent: __________________________________</w:t>
      </w:r>
    </w:p>
    <w:p>
      <w:pPr>
        <w:spacing w:before="40" w:after="40"/>
      </w:pPr>
      <w:r>
        <w:rPr>
          <w:b/>
          <w:sz w:val="22"/>
        </w:rPr>
        <w:t>100 Outbound Dials</w:t>
      </w:r>
    </w:p>
    <w:p>
      <w:pPr>
        <w:spacing w:after="40"/>
      </w:pPr>
      <w:r>
        <w:rPr>
          <w:b w:val="0"/>
          <w:i/>
          <w:sz w:val="16"/>
        </w:rPr>
        <w:t>Check a box for each dial. Hit all 100 by EOD. Log every dial in FUB.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29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39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49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59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69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79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89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90</w:t>
            </w:r>
          </w:p>
        </w:tc>
      </w:tr>
      <w:tr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91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92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93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94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95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96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97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98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99</w:t>
            </w:r>
          </w:p>
        </w:tc>
        <w:tc>
          <w:tcPr>
            <w:tcW w:type="dxa" w:w="8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6"/>
              </w:rPr>
              <w:t>[ ] 100</w:t>
            </w:r>
          </w:p>
        </w:tc>
      </w:tr>
    </w:tbl>
    <w:p>
      <w:pPr>
        <w:spacing w:before="120" w:after="40"/>
      </w:pPr>
      <w:r>
        <w:rPr>
          <w:b/>
          <w:sz w:val="22"/>
        </w:rPr>
        <w:t>Contract Rep with Aaron</w:t>
      </w:r>
    </w:p>
    <w:p>
      <w:pPr>
        <w:spacing w:after="40"/>
      </w:pPr>
      <w:r>
        <w:rPr>
          <w:b w:val="0"/>
          <w:i/>
          <w:sz w:val="16"/>
        </w:rPr>
        <w:t>Aaron walks through one contract today. Fill in each field together, page-by-page.</w:t>
      </w:r>
    </w:p>
    <w:p>
      <w:pPr>
        <w:spacing w:after="40"/>
      </w:pPr>
      <w:r>
        <w:rPr>
          <w:sz w:val="18"/>
        </w:rPr>
        <w:t>Property Address: ____________________________________________________________________</w:t>
      </w:r>
    </w:p>
    <w:p>
      <w:pPr>
        <w:spacing w:after="40"/>
      </w:pPr>
      <w:r>
        <w:rPr>
          <w:sz w:val="18"/>
        </w:rPr>
        <w:t>Purchase Price: $ ____________________     EMD: $ ____________________</w:t>
      </w:r>
    </w:p>
    <w:p>
      <w:pPr>
        <w:spacing w:after="40"/>
      </w:pPr>
      <w:r>
        <w:rPr>
          <w:sz w:val="18"/>
        </w:rPr>
        <w:t>Financing Type:  [ ] Conventional   [ ] VA   [ ] Cash   [ ] Other: ___________________</w:t>
      </w:r>
    </w:p>
    <w:p>
      <w:pPr>
        <w:spacing w:after="40"/>
      </w:pPr>
      <w:r>
        <w:rPr>
          <w:sz w:val="18"/>
        </w:rPr>
        <w:t>Down Payment: ___________________     Loan Amount: $ ____________________</w:t>
      </w:r>
    </w:p>
    <w:p>
      <w:pPr>
        <w:spacing w:after="40"/>
      </w:pPr>
      <w:r>
        <w:rPr>
          <w:sz w:val="18"/>
        </w:rPr>
        <w:t>Closing Cost Concessions: $ ____________________     (Seller-paid:  [ ] Yes   [ ] No)</w:t>
      </w:r>
    </w:p>
    <w:p>
      <w:pPr>
        <w:spacing w:after="40"/>
      </w:pPr>
      <w:r>
        <w:rPr>
          <w:sz w:val="18"/>
        </w:rPr>
        <w:t>Close of Escrow / COE Date: ____________________     Inspection Period: _____ days</w:t>
      </w:r>
    </w:p>
    <w:p>
      <w:pPr>
        <w:spacing w:after="40"/>
      </w:pPr>
      <w:r>
        <w:rPr>
          <w:sz w:val="18"/>
        </w:rPr>
        <w:t>Contingencies (Loan, Appraisal, Sale of Other Property, etc.):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Special Terms / Addenda Used: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Aaron's Notes / Coaching Points: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after="40"/>
      </w:pPr>
      <w:r>
        <w:rPr>
          <w:sz w:val="18"/>
        </w:rPr>
        <w:t>_____________________________________________________________________________________</w:t>
      </w:r>
    </w:p>
    <w:p>
      <w:pPr>
        <w:spacing w:before="80" w:after="40"/>
      </w:pPr>
      <w:r>
        <w:rPr>
          <w:b/>
          <w:sz w:val="22"/>
        </w:rPr>
        <w:t>Day 5 Sign-Off</w:t>
      </w:r>
    </w:p>
    <w:p>
      <w:pPr>
        <w:spacing w:after="40"/>
      </w:pPr>
      <w:r>
        <w:rPr>
          <w:sz w:val="18"/>
        </w:rPr>
        <w:t>Agent: __________________________________________     Date: ______________</w:t>
      </w:r>
    </w:p>
    <w:p>
      <w:pPr>
        <w:spacing w:after="40"/>
      </w:pPr>
      <w:r>
        <w:rPr>
          <w:sz w:val="18"/>
        </w:rPr>
        <w:t>Aaron: __________________________________________     Date: ______________</w:t>
      </w:r>
    </w:p>
    <w:p>
      <w:r>
        <w:br w:type="page"/>
      </w:r>
    </w:p>
    <w:p>
      <w:pPr>
        <w:spacing w:before="0" w:after="40"/>
      </w:pPr>
      <w:r>
        <w:rPr>
          <w:b/>
          <w:sz w:val="28"/>
        </w:rPr>
        <w:t>END-OF-WEEK PROFICIENCY CHECK</w:t>
      </w:r>
    </w:p>
    <w:p>
      <w:pPr>
        <w:spacing w:after="120"/>
      </w:pPr>
      <w:r>
        <w:rPr>
          <w:b w:val="0"/>
          <w:i/>
          <w:sz w:val="18"/>
        </w:rPr>
        <w:t>Aaron's signature here clears the agent to go LIVE on real client deals.</w:t>
      </w:r>
    </w:p>
    <w:p>
      <w:pPr>
        <w:spacing w:after="40"/>
        <w:ind w:left="144"/>
      </w:pPr>
      <w:r>
        <w:rPr>
          <w:sz w:val="18"/>
        </w:rPr>
        <w:t>[ ]   500 dials logged in FUB across 5 days</w:t>
      </w:r>
    </w:p>
    <w:p>
      <w:pPr>
        <w:spacing w:after="40"/>
        <w:ind w:left="144"/>
      </w:pPr>
      <w:r>
        <w:rPr>
          <w:sz w:val="18"/>
        </w:rPr>
        <w:t>[ ]   5 contracts written page-by-page with Aaron</w:t>
      </w:r>
    </w:p>
    <w:p>
      <w:pPr>
        <w:spacing w:after="40"/>
        <w:ind w:left="144"/>
      </w:pPr>
      <w:r>
        <w:rPr>
          <w:sz w:val="18"/>
        </w:rPr>
        <w:t>[ ]   Buyer Contract Training Final passed (LMS)</w:t>
      </w:r>
    </w:p>
    <w:p>
      <w:pPr>
        <w:spacing w:after="40"/>
        <w:ind w:left="144"/>
      </w:pPr>
      <w:r>
        <w:rPr>
          <w:sz w:val="18"/>
        </w:rPr>
        <w:t>[ ]   Listing Process Final passed (LMS: Listing Agreement + Showcase + Zoodealio)</w:t>
      </w:r>
    </w:p>
    <w:p>
      <w:pPr>
        <w:spacing w:after="40"/>
        <w:ind w:left="144"/>
      </w:pPr>
      <w:r>
        <w:rPr>
          <w:sz w:val="18"/>
        </w:rPr>
        <w:t>[ ]   Operational Foundations Final + Marketing &amp; Platforms Final passed (LMS)</w:t>
      </w:r>
    </w:p>
    <w:p>
      <w:pPr>
        <w:spacing w:after="40"/>
        <w:ind w:left="144"/>
      </w:pPr>
      <w:r>
        <w:rPr>
          <w:sz w:val="18"/>
        </w:rPr>
        <w:t>[ ]   CMA / comps practice reps complete with Aaron</w:t>
      </w:r>
    </w:p>
    <w:p>
      <w:pPr>
        <w:spacing w:after="40"/>
        <w:ind w:left="144"/>
      </w:pPr>
      <w:r>
        <w:rPr>
          <w:sz w:val="18"/>
        </w:rPr>
        <w:t>[ ]   Brokers@ CC policy understood (every contract before signatures + broker-issue escalations)</w:t>
      </w:r>
    </w:p>
    <w:p>
      <w:pPr>
        <w:spacing w:after="40"/>
        <w:ind w:left="144"/>
      </w:pPr>
      <w:r>
        <w:rPr>
          <w:sz w:val="18"/>
        </w:rPr>
        <w:t>[ ]   A.L.M. fluency + Three Pillars internalized (Accountability · Tech · Adaptability)</w:t>
      </w:r>
    </w:p>
    <w:p>
      <w:pPr>
        <w:spacing w:before="160" w:after="40"/>
      </w:pPr>
      <w:r>
        <w:rPr>
          <w:b/>
          <w:sz w:val="22"/>
        </w:rPr>
        <w:t>GO-LIVE CLEARANCE</w:t>
      </w:r>
    </w:p>
    <w:p>
      <w:pPr>
        <w:spacing w:after="80"/>
      </w:pPr>
      <w:r>
        <w:rPr>
          <w:b w:val="0"/>
          <w:i/>
          <w:sz w:val="18"/>
        </w:rPr>
        <w:t>By signing below, Aaron certifies this agent is proficient and approved to go LIVE on real client deals.</w:t>
      </w:r>
    </w:p>
    <w:p>
      <w:pPr>
        <w:spacing w:after="80"/>
      </w:pPr>
      <w:r>
        <w:rPr>
          <w:b w:val="0"/>
          <w:i/>
          <w:sz w:val="18"/>
        </w:rPr>
        <w:t>After you go LIVE you start at the NEW tier. Ponds are required while you are NEW and building your pipeline. At every 5 connections (5, 10, 15, 20, 25, 30) you are paused with AA — Aaron Accountability: schedule a 1-on-1 with Aaron before you go back LIVE.</w:t>
      </w:r>
    </w:p>
    <w:p>
      <w:pPr>
        <w:spacing w:after="80"/>
      </w:pPr>
      <w:r>
        <w:rPr>
          <w:b w:val="0"/>
          <w:i/>
          <w:sz w:val="18"/>
        </w:rPr>
        <w:t>At 30 connections you move to PAR or ACE. PAR (at or below average metrics): must be in the office to go LIVE, Monday–Friday; 3 days LIVE in a week qualifies you for weekends. ACE (hitting or exceeding metrics): may go LIVE without being in the office. T: agents on a team — production is measured on the team. Once you are PAR or ACE, ponds are voluntary.</w:t>
      </w:r>
    </w:p>
    <w:p>
      <w:pPr>
        <w:spacing w:after="80"/>
      </w:pPr>
      <w:r>
        <w:rPr>
          <w:sz w:val="18"/>
        </w:rPr>
        <w:t>Agent: ______________________________     Date: ____________</w:t>
      </w:r>
    </w:p>
    <w:p>
      <w:pPr>
        <w:spacing w:after="80"/>
      </w:pPr>
      <w:r>
        <w:rPr>
          <w:sz w:val="18"/>
        </w:rPr>
        <w:t>Aaron Lopez, Managing Broker: ______________________________     Date: ____________</w:t>
      </w:r>
    </w:p>
    <w:p>
      <w:pPr>
        <w:spacing w:after="80"/>
      </w:pPr>
      <w:r>
        <w:rPr>
          <w:sz w:val="18"/>
        </w:rPr>
        <w:t>Kirby Scofield, Broker &amp; Owner: ______________________________     Date: ____________</w:t>
      </w:r>
    </w:p>
    <w:p>
      <w:pPr>
        <w:spacing w:before="200" w:after="40"/>
      </w:pPr>
      <w:r>
        <w:rPr>
          <w:b/>
          <w:sz w:val="22"/>
        </w:rPr>
        <w:t>QUICK REFERENCE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b/>
                <w:sz w:val="18"/>
              </w:rPr>
              <w:t>Three Pillars</w:t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Accountability · Tech · Adaptability</w:t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b/>
                <w:sz w:val="18"/>
              </w:rPr>
              <w:t>A.L.M.</w:t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Appointment (lock) · Location (identify) · Motivation (uncover)</w:t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b/>
                <w:sz w:val="18"/>
              </w:rPr>
              <w:t>Questions</w:t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Training: in office 9–5 · Contract, policy, deal: brokers@scofieldgroup.com</w:t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b/>
                <w:sz w:val="18"/>
              </w:rPr>
              <w:t>Brokers@ CC policy</w:t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Every contract before signatures + any broker-issue escalation</w:t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b/>
                <w:sz w:val="18"/>
              </w:rPr>
              <w:t>iBuyers (listings)</w:t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Zoodealio (direct partnership) · Opendoor · Offerpad — pitch all three</w:t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b/>
                <w:sz w:val="18"/>
              </w:rPr>
              <w:t>Showcase intro</w:t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BEFORE the appointment by email AND at the appointment in person</w:t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b/>
                <w:sz w:val="18"/>
              </w:rPr>
              <w:t>Pipeline daily</w:t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Zillow Pro signals + FUB Smart Lists, inbox to zero EOD</w:t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b/>
                <w:sz w:val="18"/>
              </w:rPr>
              <w:t>No exceptions</w:t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/>
            <w:r>
              <w:rPr>
                <w:sz w:val="18"/>
              </w:rPr>
              <w:t>No real-deal contract out without Aaron / brokers@ review first</w:t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>SG Hub</w:t>
            </w:r>
            <w:r>
              <w:rPr>
                <w:b/>
                <w:sz w:val="18"/>
              </w:rPr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>sg-hub.com — your income, SG Metrics, contact list, Zillow leaderboard, where you add escrows and listings, Listing Offers, Message Center and your email signature</w:t>
            </w:r>
            <w:r>
              <w:rPr>
                <w:sz w:val="18"/>
              </w:rPr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>Agent tiers</w:t>
            </w:r>
            <w:r>
              <w:rPr>
                <w:b/>
                <w:sz w:val="18"/>
              </w:rPr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>NEW → 30 connections → PAR or ACE · T = on a team · AA = Aaron Accountability (1-on-1 with Aaron)</w:t>
            </w:r>
            <w:r>
              <w:rPr>
                <w:sz w:val="18"/>
              </w:rPr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>Ponds</w:t>
            </w:r>
            <w:r>
              <w:rPr>
                <w:b/>
                <w:sz w:val="18"/>
              </w:rPr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>Voluntary — required only while you are NEW and building your pipeline</w:t>
            </w:r>
            <w:r>
              <w:rPr>
                <w:sz w:val="18"/>
              </w:rPr>
            </w:r>
          </w:p>
        </w:tc>
      </w:tr>
      <w:tr>
        <w:tc>
          <w:tcPr>
            <w:tcW w:type="dxa" w:w="230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>LP-A / LP-B / LP-A/B</w:t>
            </w:r>
            <w:r>
              <w:rPr>
                <w:b/>
                <w:sz w:val="18"/>
              </w:rPr>
            </w:r>
          </w:p>
        </w:tc>
        <w:tc>
          <w:tcPr>
            <w:tcW w:type="dxa" w:w="705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after="0"/>
            </w:pPr>
            <w:r>
              <w:t>Below Zillow raw conversion minimum (3.99% over 12 months or 1.99% over 6 months, min 30 connections) on Team A, Team B, or both</w:t>
            </w:r>
            <w:r>
              <w:rPr>
                <w:sz w:val="18"/>
              </w:rPr>
            </w:r>
          </w:p>
        </w:tc>
      </w:tr>
    </w:tbl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